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4B9" w:rsidRPr="00A034B9" w:rsidRDefault="00A034B9" w:rsidP="00A034B9">
      <w:pPr>
        <w:spacing w:line="360" w:lineRule="auto"/>
        <w:jc w:val="center"/>
        <w:rPr>
          <w:rFonts w:cs="Times New Roman"/>
          <w:b/>
          <w:szCs w:val="24"/>
        </w:rPr>
      </w:pPr>
    </w:p>
    <w:p w:rsidR="00760C73" w:rsidRPr="00A034B9" w:rsidRDefault="00A034B9" w:rsidP="00A034B9">
      <w:pPr>
        <w:spacing w:line="360" w:lineRule="auto"/>
        <w:jc w:val="center"/>
        <w:rPr>
          <w:rFonts w:cs="Times New Roman"/>
          <w:szCs w:val="24"/>
        </w:rPr>
      </w:pPr>
      <w:r w:rsidRPr="00A034B9">
        <w:rPr>
          <w:rFonts w:cs="Times New Roman"/>
          <w:b/>
          <w:szCs w:val="24"/>
        </w:rPr>
        <w:t>Compensation &amp; Benefits</w:t>
      </w:r>
    </w:p>
    <w:p w:rsidR="00760C73" w:rsidRDefault="00A034B9" w:rsidP="00A034B9">
      <w:pPr>
        <w:spacing w:line="360" w:lineRule="auto"/>
        <w:jc w:val="center"/>
        <w:rPr>
          <w:rFonts w:cs="Times New Roman"/>
          <w:b/>
          <w:szCs w:val="24"/>
        </w:rPr>
      </w:pPr>
      <w:r w:rsidRPr="00A034B9">
        <w:rPr>
          <w:rFonts w:cs="Times New Roman"/>
          <w:b/>
          <w:szCs w:val="24"/>
        </w:rPr>
        <w:t>Dec 2026 Examination</w:t>
      </w:r>
    </w:p>
    <w:p w:rsidR="00A034B9" w:rsidRDefault="00A034B9" w:rsidP="00A034B9">
      <w:pPr>
        <w:spacing w:line="360" w:lineRule="auto"/>
        <w:jc w:val="center"/>
        <w:rPr>
          <w:rFonts w:cs="Times New Roman"/>
          <w:b/>
          <w:szCs w:val="24"/>
        </w:rPr>
      </w:pPr>
    </w:p>
    <w:p w:rsidR="00A034B9" w:rsidRPr="00A034B9" w:rsidRDefault="00A034B9" w:rsidP="00A034B9">
      <w:pPr>
        <w:spacing w:line="360" w:lineRule="auto"/>
        <w:jc w:val="center"/>
        <w:rPr>
          <w:rFonts w:cs="Times New Roman"/>
          <w:szCs w:val="24"/>
        </w:rPr>
      </w:pPr>
    </w:p>
    <w:p w:rsidR="00760C73" w:rsidRPr="00A034B9" w:rsidRDefault="00A034B9" w:rsidP="00A034B9">
      <w:pPr>
        <w:spacing w:line="360" w:lineRule="auto"/>
        <w:jc w:val="both"/>
        <w:rPr>
          <w:rFonts w:cs="Times New Roman"/>
          <w:szCs w:val="24"/>
        </w:rPr>
      </w:pPr>
      <w:r>
        <w:rPr>
          <w:rFonts w:cs="Times New Roman"/>
          <w:b/>
          <w:szCs w:val="24"/>
        </w:rPr>
        <w:t xml:space="preserve">Q1. </w:t>
      </w:r>
      <w:r w:rsidRPr="00A034B9">
        <w:rPr>
          <w:rFonts w:cs="Times New Roman"/>
          <w:b/>
          <w:szCs w:val="24"/>
        </w:rPr>
        <w:t>BlueWave Logistics, operating across India, has traditionally offered statutory benefits such as pensions and health insurance but has lagged in supporting female employees. Recent feedback highlights the lack of paid maternity leave, inadequate provisions for workplace safety, and insufficient support for career progression of women staff. This is impacting the company’s reputation as an employer of choice. Management wants to redesign its compensation and benefits practices to be fully compliant with Indian laws and promote gender equity.How can BlueWave Logistics apply legal and regulatory frameworks for women’s statutory benefits to create a more inclusive and compliant workplace? (10 Marks)</w:t>
      </w:r>
    </w:p>
    <w:p w:rsidR="00760C73" w:rsidRPr="00A034B9" w:rsidRDefault="00A034B9" w:rsidP="00A034B9">
      <w:pPr>
        <w:pStyle w:val="Heading1"/>
        <w:spacing w:line="360" w:lineRule="auto"/>
        <w:jc w:val="both"/>
        <w:rPr>
          <w:rFonts w:ascii="Times New Roman" w:hAnsi="Times New Roman" w:cs="Times New Roman"/>
          <w:szCs w:val="24"/>
        </w:rPr>
      </w:pPr>
      <w:proofErr w:type="gramStart"/>
      <w:r w:rsidRPr="00A034B9">
        <w:rPr>
          <w:rFonts w:ascii="Times New Roman" w:hAnsi="Times New Roman" w:cs="Times New Roman"/>
          <w:szCs w:val="24"/>
        </w:rPr>
        <w:t>Ans 1.</w:t>
      </w:r>
      <w:proofErr w:type="gramEnd"/>
    </w:p>
    <w:p w:rsidR="00760C73" w:rsidRPr="00A034B9" w:rsidRDefault="00A034B9" w:rsidP="00A034B9">
      <w:pPr>
        <w:pStyle w:val="Heading2"/>
        <w:spacing w:line="360" w:lineRule="auto"/>
        <w:jc w:val="both"/>
        <w:rPr>
          <w:rFonts w:ascii="Times New Roman" w:hAnsi="Times New Roman" w:cs="Times New Roman"/>
          <w:szCs w:val="24"/>
        </w:rPr>
      </w:pPr>
      <w:r w:rsidRPr="00A034B9">
        <w:rPr>
          <w:rFonts w:ascii="Times New Roman" w:hAnsi="Times New Roman" w:cs="Times New Roman"/>
          <w:szCs w:val="24"/>
        </w:rPr>
        <w:t>Introduction</w:t>
      </w:r>
    </w:p>
    <w:p w:rsidR="00760C73" w:rsidRDefault="00A034B9" w:rsidP="00617507">
      <w:pPr>
        <w:spacing w:line="360" w:lineRule="auto"/>
        <w:jc w:val="both"/>
        <w:rPr>
          <w:rFonts w:cs="Times New Roman"/>
          <w:szCs w:val="24"/>
        </w:rPr>
      </w:pPr>
      <w:r w:rsidRPr="00A034B9">
        <w:rPr>
          <w:rFonts w:cs="Times New Roman"/>
          <w:szCs w:val="24"/>
        </w:rPr>
        <w:t xml:space="preserve">BlueWave Logistics should treat women’s benefits as enforceable employment rights and connect them with everyday workforce decisions. Providing pensions and health insurance does not compensate for missing maternity protection or an unsafe workplace. Its national operations also require attention to establishment coverage and applicable state rules. The company should therefore review its benefits policy, correct unlawful practices, and make supervisors responsible for consistent implementation. An inclusive system must protect income during maternity, </w:t>
      </w:r>
    </w:p>
    <w:p w:rsidR="00A034B9" w:rsidRDefault="00A034B9" w:rsidP="00A034B9">
      <w:pPr>
        <w:spacing w:line="360" w:lineRule="auto"/>
        <w:jc w:val="both"/>
        <w:rPr>
          <w:rFonts w:cs="Times New Roman"/>
          <w:szCs w:val="24"/>
        </w:rPr>
      </w:pPr>
    </w:p>
    <w:p w:rsidR="00617507" w:rsidRPr="00617507" w:rsidRDefault="00617507" w:rsidP="00617507">
      <w:pPr>
        <w:shd w:val="clear" w:color="auto" w:fill="FFFFFF"/>
        <w:spacing w:after="0" w:line="276" w:lineRule="auto"/>
        <w:jc w:val="center"/>
        <w:rPr>
          <w:rFonts w:ascii="Arial" w:eastAsia="Calibri" w:hAnsi="Arial" w:cs="Times New Roman"/>
          <w:color w:val="222222"/>
          <w:sz w:val="20"/>
          <w:szCs w:val="20"/>
          <w:lang w:val="en-IN"/>
        </w:rPr>
      </w:pPr>
      <w:proofErr w:type="gramStart"/>
      <w:r w:rsidRPr="00617507">
        <w:rPr>
          <w:rFonts w:ascii="Georgia" w:eastAsia="Calibri" w:hAnsi="Georgia" w:cs="Times New Roman"/>
          <w:sz w:val="33"/>
          <w:szCs w:val="33"/>
          <w:highlight w:val="cyan"/>
          <w:shd w:val="clear" w:color="auto" w:fill="FF0000"/>
          <w:lang w:val="en-IN"/>
        </w:rPr>
        <w:t>Its</w:t>
      </w:r>
      <w:proofErr w:type="gramEnd"/>
      <w:r w:rsidRPr="00617507">
        <w:rPr>
          <w:rFonts w:ascii="Georgia" w:eastAsia="Calibri" w:hAnsi="Georgia" w:cs="Times New Roman"/>
          <w:sz w:val="33"/>
          <w:szCs w:val="33"/>
          <w:highlight w:val="cyan"/>
          <w:shd w:val="clear" w:color="auto" w:fill="FF0000"/>
          <w:lang w:val="en-IN"/>
        </w:rPr>
        <w:t xml:space="preserve"> Half solved only</w:t>
      </w:r>
    </w:p>
    <w:p w:rsidR="00617507" w:rsidRPr="00617507" w:rsidRDefault="00617507" w:rsidP="00617507">
      <w:pPr>
        <w:shd w:val="clear" w:color="auto" w:fill="FFFFFF"/>
        <w:spacing w:before="240" w:after="240" w:line="276" w:lineRule="auto"/>
        <w:jc w:val="center"/>
        <w:rPr>
          <w:rFonts w:ascii="Georgia" w:eastAsia="Calibri" w:hAnsi="Georgia" w:cs="Times New Roman"/>
          <w:color w:val="auto"/>
          <w:sz w:val="40"/>
          <w:szCs w:val="33"/>
          <w:shd w:val="clear" w:color="auto" w:fill="FFFF00"/>
          <w:lang w:val="en-IN"/>
        </w:rPr>
      </w:pPr>
      <w:r w:rsidRPr="00617507">
        <w:rPr>
          <w:rFonts w:ascii="Georgia" w:eastAsia="Calibri" w:hAnsi="Georgia" w:cs="Times New Roman"/>
          <w:color w:val="auto"/>
          <w:sz w:val="40"/>
          <w:szCs w:val="33"/>
          <w:shd w:val="clear" w:color="auto" w:fill="FFFF00"/>
          <w:lang w:val="en-IN"/>
        </w:rPr>
        <w:t xml:space="preserve">Buy </w:t>
      </w:r>
      <w:proofErr w:type="gramStart"/>
      <w:r w:rsidRPr="00617507">
        <w:rPr>
          <w:rFonts w:ascii="Georgia" w:eastAsia="Calibri" w:hAnsi="Georgia" w:cs="Times New Roman"/>
          <w:color w:val="auto"/>
          <w:sz w:val="40"/>
          <w:szCs w:val="33"/>
          <w:shd w:val="clear" w:color="auto" w:fill="FFFF00"/>
          <w:lang w:val="en-IN"/>
        </w:rPr>
        <w:t>Complete</w:t>
      </w:r>
      <w:proofErr w:type="gramEnd"/>
      <w:r w:rsidRPr="00617507">
        <w:rPr>
          <w:rFonts w:ascii="Georgia" w:eastAsia="Calibri" w:hAnsi="Georgia" w:cs="Times New Roman"/>
          <w:color w:val="auto"/>
          <w:sz w:val="40"/>
          <w:szCs w:val="33"/>
          <w:shd w:val="clear" w:color="auto" w:fill="FFFF00"/>
          <w:lang w:val="en-IN"/>
        </w:rPr>
        <w:t xml:space="preserve"> assignment from us</w:t>
      </w:r>
    </w:p>
    <w:p w:rsidR="00617507" w:rsidRPr="00617507" w:rsidRDefault="00617507" w:rsidP="00617507">
      <w:pPr>
        <w:shd w:val="clear" w:color="auto" w:fill="FFFFFF"/>
        <w:spacing w:before="240" w:after="240" w:line="276" w:lineRule="auto"/>
        <w:jc w:val="center"/>
        <w:rPr>
          <w:rFonts w:ascii="Georgia" w:eastAsia="Calibri" w:hAnsi="Georgia" w:cs="Times New Roman"/>
          <w:b/>
          <w:color w:val="222222"/>
          <w:sz w:val="33"/>
          <w:szCs w:val="33"/>
          <w:shd w:val="clear" w:color="auto" w:fill="FFFF00"/>
          <w:lang w:val="en-IN"/>
        </w:rPr>
      </w:pPr>
      <w:r w:rsidRPr="00617507">
        <w:rPr>
          <w:rFonts w:ascii="Georgia" w:eastAsia="Calibri" w:hAnsi="Georgia" w:cs="Times New Roman"/>
          <w:b/>
          <w:color w:val="222222"/>
          <w:sz w:val="33"/>
          <w:szCs w:val="33"/>
          <w:shd w:val="clear" w:color="auto" w:fill="FFFF00"/>
          <w:lang w:val="en-IN"/>
        </w:rPr>
        <w:t>Price – 190</w:t>
      </w:r>
      <w:proofErr w:type="gramStart"/>
      <w:r w:rsidRPr="00617507">
        <w:rPr>
          <w:rFonts w:ascii="Georgia" w:eastAsia="Calibri" w:hAnsi="Georgia" w:cs="Times New Roman"/>
          <w:b/>
          <w:color w:val="222222"/>
          <w:sz w:val="33"/>
          <w:szCs w:val="33"/>
          <w:shd w:val="clear" w:color="auto" w:fill="FFFF00"/>
          <w:lang w:val="en-IN"/>
        </w:rPr>
        <w:t>/  assignment</w:t>
      </w:r>
      <w:proofErr w:type="gramEnd"/>
    </w:p>
    <w:p w:rsidR="00617507" w:rsidRPr="00617507" w:rsidRDefault="00617507" w:rsidP="00617507">
      <w:pPr>
        <w:spacing w:before="240" w:after="240" w:line="276" w:lineRule="auto"/>
        <w:jc w:val="center"/>
        <w:rPr>
          <w:rFonts w:ascii="Georgia" w:eastAsia="Calibri" w:hAnsi="Georgia" w:cs="Times New Roman"/>
          <w:b/>
          <w:bCs/>
          <w:color w:val="FFFFFF"/>
          <w:sz w:val="36"/>
          <w:szCs w:val="36"/>
          <w:shd w:val="clear" w:color="auto" w:fill="FFFF00"/>
          <w:lang w:val="en-IN"/>
        </w:rPr>
      </w:pPr>
      <w:r w:rsidRPr="00617507">
        <w:rPr>
          <w:rFonts w:ascii="Georgia" w:eastAsia="Calibri" w:hAnsi="Georgia" w:cs="Times New Roman"/>
          <w:b/>
          <w:color w:val="auto"/>
          <w:sz w:val="40"/>
          <w:szCs w:val="40"/>
          <w:highlight w:val="yellow"/>
          <w:lang w:val="en-IN"/>
        </w:rPr>
        <w:lastRenderedPageBreak/>
        <w:t>NMIMS Online University</w:t>
      </w:r>
      <w:r w:rsidRPr="00617507">
        <w:rPr>
          <w:rFonts w:ascii="Georgia" w:eastAsia="Calibri" w:hAnsi="Georgia" w:cs="Times New Roman"/>
          <w:b/>
          <w:color w:val="222222"/>
          <w:sz w:val="33"/>
          <w:szCs w:val="33"/>
          <w:highlight w:val="yellow"/>
          <w:shd w:val="clear" w:color="auto" w:fill="FFFF00"/>
          <w:lang w:val="en-IN"/>
        </w:rPr>
        <w:t xml:space="preserve"> </w:t>
      </w:r>
      <w:r w:rsidRPr="00617507">
        <w:rPr>
          <w:rFonts w:ascii="Georgia" w:eastAsia="Calibri" w:hAnsi="Georgia" w:cs="Times New Roman"/>
          <w:b/>
          <w:color w:val="auto"/>
          <w:sz w:val="36"/>
          <w:szCs w:val="36"/>
          <w:lang w:val="en-IN"/>
        </w:rPr>
        <w:t xml:space="preserve">Complete </w:t>
      </w:r>
      <w:proofErr w:type="gramStart"/>
      <w:r w:rsidRPr="00617507">
        <w:rPr>
          <w:rFonts w:ascii="Georgia" w:eastAsia="Calibri" w:hAnsi="Georgia" w:cs="Times New Roman"/>
          <w:b/>
          <w:color w:val="auto"/>
          <w:sz w:val="36"/>
          <w:szCs w:val="36"/>
          <w:lang w:val="en-IN"/>
        </w:rPr>
        <w:t>SolvedAssignments</w:t>
      </w:r>
      <w:r w:rsidRPr="00617507">
        <w:rPr>
          <w:rFonts w:ascii="Georgia" w:eastAsia="Calibri" w:hAnsi="Georgia" w:cs="Times New Roman"/>
          <w:b/>
          <w:color w:val="FF0000"/>
          <w:sz w:val="36"/>
          <w:szCs w:val="36"/>
          <w:lang w:val="en-IN"/>
        </w:rPr>
        <w:t xml:space="preserve">  </w:t>
      </w:r>
      <w:r w:rsidRPr="00617507">
        <w:rPr>
          <w:rFonts w:ascii="Georgia" w:eastAsia="Calibri" w:hAnsi="Georgia" w:cs="Times New Roman"/>
          <w:b/>
          <w:bCs/>
          <w:color w:val="FFFFFF"/>
          <w:sz w:val="36"/>
          <w:szCs w:val="36"/>
          <w:highlight w:val="red"/>
          <w:shd w:val="clear" w:color="auto" w:fill="FFFF00"/>
          <w:lang w:val="en-IN"/>
        </w:rPr>
        <w:t>session</w:t>
      </w:r>
      <w:proofErr w:type="gramEnd"/>
      <w:r w:rsidRPr="00617507">
        <w:rPr>
          <w:rFonts w:ascii="Georgia" w:eastAsia="Calibri" w:hAnsi="Georgia" w:cs="Times New Roman"/>
          <w:b/>
          <w:bCs/>
          <w:color w:val="FFFFFF"/>
          <w:sz w:val="36"/>
          <w:szCs w:val="36"/>
          <w:highlight w:val="red"/>
          <w:shd w:val="clear" w:color="auto" w:fill="FFFF00"/>
          <w:lang w:val="en-IN"/>
        </w:rPr>
        <w:t xml:space="preserve"> DEC  2026</w:t>
      </w:r>
    </w:p>
    <w:p w:rsidR="00617507" w:rsidRPr="00617507" w:rsidRDefault="00617507" w:rsidP="00617507">
      <w:pPr>
        <w:spacing w:before="240" w:after="240" w:line="276" w:lineRule="auto"/>
        <w:jc w:val="center"/>
        <w:rPr>
          <w:rFonts w:ascii="Georgia" w:eastAsia="Calibri" w:hAnsi="Georgia" w:cs="Times New Roman"/>
          <w:b/>
          <w:color w:val="auto"/>
          <w:sz w:val="36"/>
          <w:szCs w:val="36"/>
          <w:lang w:val="en-IN"/>
        </w:rPr>
      </w:pPr>
      <w:r w:rsidRPr="00617507">
        <w:rPr>
          <w:rFonts w:ascii="Georgia" w:eastAsia="Calibri" w:hAnsi="Georgia" w:cs="Times New Roman"/>
          <w:b/>
          <w:color w:val="auto"/>
          <w:sz w:val="36"/>
          <w:szCs w:val="36"/>
          <w:highlight w:val="cyan"/>
          <w:lang w:val="en-IN"/>
        </w:rPr>
        <w:t>Last date 28 Oct 2026</w:t>
      </w:r>
    </w:p>
    <w:p w:rsidR="00617507" w:rsidRPr="00617507" w:rsidRDefault="00617507" w:rsidP="00617507">
      <w:pPr>
        <w:spacing w:before="240" w:after="240" w:line="276" w:lineRule="auto"/>
        <w:jc w:val="center"/>
        <w:rPr>
          <w:rFonts w:ascii="Georgia" w:eastAsia="Calibri" w:hAnsi="Georgia" w:cs="Times New Roman"/>
          <w:color w:val="auto"/>
          <w:sz w:val="32"/>
          <w:szCs w:val="32"/>
          <w:lang w:val="en-IN"/>
        </w:rPr>
      </w:pPr>
      <w:proofErr w:type="gramStart"/>
      <w:r w:rsidRPr="00617507">
        <w:rPr>
          <w:rFonts w:ascii="Georgia" w:eastAsia="Calibri" w:hAnsi="Georgia" w:cs="Times New Roman"/>
          <w:color w:val="auto"/>
          <w:sz w:val="32"/>
          <w:szCs w:val="32"/>
          <w:lang w:val="en-IN"/>
        </w:rPr>
        <w:t>buy</w:t>
      </w:r>
      <w:proofErr w:type="gramEnd"/>
      <w:r w:rsidRPr="00617507">
        <w:rPr>
          <w:rFonts w:ascii="Georgia" w:eastAsia="Calibri" w:hAnsi="Georgia" w:cs="Times New Roman"/>
          <w:color w:val="auto"/>
          <w:sz w:val="32"/>
          <w:szCs w:val="32"/>
          <w:lang w:val="en-IN"/>
        </w:rPr>
        <w:t xml:space="preserve"> cheap assignment help online from us easily</w:t>
      </w:r>
    </w:p>
    <w:p w:rsidR="00617507" w:rsidRPr="00617507" w:rsidRDefault="00617507" w:rsidP="00617507">
      <w:pPr>
        <w:spacing w:before="240" w:after="240" w:line="276" w:lineRule="auto"/>
        <w:jc w:val="center"/>
        <w:rPr>
          <w:rFonts w:ascii="Georgia" w:eastAsia="Calibri" w:hAnsi="Georgia" w:cs="Times New Roman"/>
          <w:color w:val="auto"/>
          <w:sz w:val="32"/>
          <w:szCs w:val="32"/>
          <w:lang w:val="en-GB"/>
        </w:rPr>
      </w:pPr>
      <w:proofErr w:type="gramStart"/>
      <w:r w:rsidRPr="00617507">
        <w:rPr>
          <w:rFonts w:ascii="Georgia" w:eastAsia="Calibri" w:hAnsi="Georgia" w:cs="Times New Roman"/>
          <w:color w:val="auto"/>
          <w:sz w:val="32"/>
          <w:szCs w:val="32"/>
          <w:lang w:val="en-IN"/>
        </w:rPr>
        <w:t>we</w:t>
      </w:r>
      <w:proofErr w:type="gramEnd"/>
      <w:r w:rsidRPr="00617507">
        <w:rPr>
          <w:rFonts w:ascii="Georgia" w:eastAsia="Calibri" w:hAnsi="Georgia" w:cs="Times New Roman"/>
          <w:color w:val="auto"/>
          <w:sz w:val="32"/>
          <w:szCs w:val="32"/>
          <w:lang w:val="en-IN"/>
        </w:rPr>
        <w:t xml:space="preserve"> are here to help you with the best and cheap help </w:t>
      </w:r>
    </w:p>
    <w:p w:rsidR="00617507" w:rsidRPr="00617507" w:rsidRDefault="00617507" w:rsidP="00617507">
      <w:pPr>
        <w:spacing w:before="240" w:after="240" w:line="276" w:lineRule="auto"/>
        <w:jc w:val="center"/>
        <w:rPr>
          <w:rFonts w:ascii="Georgia" w:eastAsia="Calibri" w:hAnsi="Georgia" w:cs="Times New Roman"/>
          <w:b/>
          <w:color w:val="auto"/>
          <w:sz w:val="44"/>
          <w:szCs w:val="44"/>
          <w:lang w:val="en-IN"/>
        </w:rPr>
      </w:pPr>
      <w:r w:rsidRPr="00617507">
        <w:rPr>
          <w:rFonts w:ascii="Georgia" w:eastAsia="Calibri" w:hAnsi="Georgia" w:cs="Times New Roman"/>
          <w:b/>
          <w:color w:val="auto"/>
          <w:sz w:val="36"/>
          <w:szCs w:val="36"/>
          <w:lang w:val="en-IN"/>
        </w:rPr>
        <w:t>Contact No –</w:t>
      </w:r>
      <w:r w:rsidRPr="00617507">
        <w:rPr>
          <w:rFonts w:ascii="Georgia" w:eastAsia="Calibri" w:hAnsi="Georgia" w:cs="Times New Roman"/>
          <w:b/>
          <w:color w:val="auto"/>
          <w:sz w:val="44"/>
          <w:szCs w:val="44"/>
          <w:lang w:val="en-IN"/>
        </w:rPr>
        <w:t xml:space="preserve"> </w:t>
      </w:r>
      <w:r w:rsidRPr="00617507">
        <w:rPr>
          <w:rFonts w:ascii="Georgia" w:eastAsia="Calibri" w:hAnsi="Georgia" w:cs="Times New Roman"/>
          <w:b/>
          <w:color w:val="auto"/>
          <w:sz w:val="40"/>
          <w:szCs w:val="40"/>
          <w:highlight w:val="yellow"/>
          <w:lang w:val="en-IN"/>
        </w:rPr>
        <w:t>8791514139</w:t>
      </w:r>
      <w:r w:rsidRPr="00617507">
        <w:rPr>
          <w:rFonts w:ascii="Georgia" w:eastAsia="Calibri" w:hAnsi="Georgia" w:cs="Times New Roman"/>
          <w:b/>
          <w:color w:val="auto"/>
          <w:sz w:val="40"/>
          <w:szCs w:val="40"/>
          <w:lang w:val="en-IN"/>
        </w:rPr>
        <w:t xml:space="preserve"> (WhatsApp)</w:t>
      </w:r>
    </w:p>
    <w:p w:rsidR="00617507" w:rsidRPr="00617507" w:rsidRDefault="00617507" w:rsidP="00617507">
      <w:pPr>
        <w:spacing w:before="240" w:after="240" w:line="276" w:lineRule="auto"/>
        <w:jc w:val="center"/>
        <w:rPr>
          <w:rFonts w:ascii="Georgia" w:eastAsia="Calibri" w:hAnsi="Georgia" w:cs="Times New Roman"/>
          <w:b/>
          <w:color w:val="auto"/>
          <w:sz w:val="32"/>
          <w:szCs w:val="32"/>
          <w:lang w:val="en-IN"/>
        </w:rPr>
      </w:pPr>
      <w:r w:rsidRPr="00617507">
        <w:rPr>
          <w:rFonts w:ascii="Georgia" w:eastAsia="Calibri" w:hAnsi="Georgia" w:cs="Times New Roman"/>
          <w:b/>
          <w:color w:val="auto"/>
          <w:sz w:val="32"/>
          <w:szCs w:val="32"/>
          <w:lang w:val="en-IN"/>
        </w:rPr>
        <w:t>OR</w:t>
      </w:r>
    </w:p>
    <w:p w:rsidR="00617507" w:rsidRPr="00617507" w:rsidRDefault="00617507" w:rsidP="00617507">
      <w:pPr>
        <w:spacing w:before="240" w:after="240" w:line="276" w:lineRule="auto"/>
        <w:jc w:val="center"/>
        <w:rPr>
          <w:rFonts w:ascii="Georgia" w:eastAsia="Calibri" w:hAnsi="Georgia" w:cs="Times New Roman"/>
          <w:b/>
          <w:color w:val="auto"/>
          <w:sz w:val="32"/>
          <w:szCs w:val="32"/>
          <w:lang w:val="en-IN"/>
        </w:rPr>
      </w:pPr>
      <w:r w:rsidRPr="00617507">
        <w:rPr>
          <w:rFonts w:ascii="Georgia" w:eastAsia="Calibri" w:hAnsi="Georgia" w:cs="Times New Roman"/>
          <w:b/>
          <w:color w:val="auto"/>
          <w:sz w:val="32"/>
          <w:szCs w:val="32"/>
          <w:lang w:val="en-IN"/>
        </w:rPr>
        <w:t>Mail us</w:t>
      </w:r>
      <w:proofErr w:type="gramStart"/>
      <w:r w:rsidRPr="00617507">
        <w:rPr>
          <w:rFonts w:ascii="Georgia" w:eastAsia="Calibri" w:hAnsi="Georgia" w:cs="Times New Roman"/>
          <w:b/>
          <w:color w:val="auto"/>
          <w:sz w:val="32"/>
          <w:szCs w:val="32"/>
          <w:lang w:val="en-IN"/>
        </w:rPr>
        <w:t xml:space="preserve">-  </w:t>
      </w:r>
      <w:proofErr w:type="gramEnd"/>
      <w:r w:rsidRPr="00617507">
        <w:rPr>
          <w:rFonts w:ascii="Calibri" w:eastAsia="Calibri" w:hAnsi="Calibri" w:cs="Times New Roman"/>
          <w:color w:val="auto"/>
          <w:sz w:val="22"/>
          <w:lang w:val="en-IN"/>
        </w:rPr>
        <w:fldChar w:fldCharType="begin"/>
      </w:r>
      <w:r w:rsidRPr="00617507">
        <w:rPr>
          <w:rFonts w:ascii="Calibri" w:eastAsia="Calibri" w:hAnsi="Calibri" w:cs="Times New Roman"/>
          <w:color w:val="auto"/>
          <w:sz w:val="22"/>
          <w:lang w:val="en-IN"/>
        </w:rPr>
        <w:instrText>HYPERLINK "mailto:bestassignment247@gmail.com"</w:instrText>
      </w:r>
      <w:r w:rsidRPr="00617507">
        <w:rPr>
          <w:rFonts w:ascii="Calibri" w:eastAsia="Calibri" w:hAnsi="Calibri" w:cs="Times New Roman"/>
          <w:color w:val="auto"/>
          <w:sz w:val="22"/>
          <w:lang w:val="en-IN"/>
        </w:rPr>
        <w:fldChar w:fldCharType="separate"/>
      </w:r>
      <w:r w:rsidRPr="00617507">
        <w:rPr>
          <w:rFonts w:ascii="Georgia" w:eastAsia="Calibri" w:hAnsi="Georgia" w:cs="Times New Roman"/>
          <w:b/>
          <w:color w:val="0000FF"/>
          <w:sz w:val="32"/>
          <w:u w:val="single"/>
          <w:lang w:val="en-IN"/>
        </w:rPr>
        <w:t>bestassignment247@gmail.com</w:t>
      </w:r>
      <w:r w:rsidRPr="00617507">
        <w:rPr>
          <w:rFonts w:ascii="Calibri" w:eastAsia="Calibri" w:hAnsi="Calibri" w:cs="Times New Roman"/>
          <w:color w:val="auto"/>
          <w:sz w:val="22"/>
          <w:lang w:val="en-IN"/>
        </w:rPr>
        <w:fldChar w:fldCharType="end"/>
      </w:r>
    </w:p>
    <w:p w:rsidR="00617507" w:rsidRPr="00617507" w:rsidRDefault="00617507" w:rsidP="00617507">
      <w:pPr>
        <w:spacing w:after="200" w:line="360" w:lineRule="auto"/>
        <w:jc w:val="center"/>
        <w:rPr>
          <w:rFonts w:eastAsia="Calibri" w:cs="Times New Roman"/>
          <w:color w:val="auto"/>
          <w:sz w:val="22"/>
          <w:lang w:val="en-IN"/>
        </w:rPr>
      </w:pPr>
      <w:r w:rsidRPr="00617507">
        <w:rPr>
          <w:rFonts w:ascii="Georgia" w:eastAsia="Calibri" w:hAnsi="Georgia" w:cs="Times New Roman"/>
          <w:b/>
          <w:color w:val="auto"/>
          <w:sz w:val="32"/>
          <w:szCs w:val="32"/>
          <w:lang w:val="en-IN"/>
        </w:rPr>
        <w:t xml:space="preserve">Our website - </w:t>
      </w:r>
      <w:hyperlink r:id="rId6" w:history="1">
        <w:r w:rsidRPr="00617507">
          <w:rPr>
            <w:rFonts w:ascii="Georgia" w:eastAsia="Calibri" w:hAnsi="Georgia" w:cs="Times New Roman"/>
            <w:b/>
            <w:color w:val="0000FF"/>
            <w:sz w:val="32"/>
            <w:u w:val="single"/>
            <w:lang w:val="en-IN"/>
          </w:rPr>
          <w:t>www.assignmentsupport.in</w:t>
        </w:r>
      </w:hyperlink>
    </w:p>
    <w:p w:rsidR="00A034B9" w:rsidRDefault="00A034B9" w:rsidP="00A034B9">
      <w:pPr>
        <w:spacing w:line="360" w:lineRule="auto"/>
        <w:jc w:val="both"/>
        <w:rPr>
          <w:rFonts w:cs="Times New Roman"/>
          <w:szCs w:val="24"/>
        </w:rPr>
      </w:pPr>
    </w:p>
    <w:p w:rsidR="00617507" w:rsidRDefault="00617507" w:rsidP="00A034B9">
      <w:pPr>
        <w:spacing w:line="360" w:lineRule="auto"/>
        <w:jc w:val="both"/>
        <w:rPr>
          <w:rFonts w:cs="Times New Roman"/>
          <w:szCs w:val="24"/>
        </w:rPr>
      </w:pPr>
    </w:p>
    <w:p w:rsidR="00760C73" w:rsidRPr="00A034B9" w:rsidRDefault="00A034B9" w:rsidP="00A034B9">
      <w:pPr>
        <w:spacing w:line="360" w:lineRule="auto"/>
        <w:jc w:val="both"/>
        <w:rPr>
          <w:rFonts w:cs="Times New Roman"/>
          <w:szCs w:val="24"/>
        </w:rPr>
      </w:pPr>
      <w:proofErr w:type="gramStart"/>
      <w:r>
        <w:rPr>
          <w:rFonts w:cs="Times New Roman"/>
          <w:b/>
          <w:szCs w:val="24"/>
        </w:rPr>
        <w:t>Q2(</w:t>
      </w:r>
      <w:proofErr w:type="gramEnd"/>
      <w:r>
        <w:rPr>
          <w:rFonts w:cs="Times New Roman"/>
          <w:b/>
          <w:szCs w:val="24"/>
        </w:rPr>
        <w:t xml:space="preserve">A). </w:t>
      </w:r>
      <w:r w:rsidRPr="00A034B9">
        <w:rPr>
          <w:rFonts w:cs="Times New Roman"/>
          <w:b/>
          <w:szCs w:val="24"/>
        </w:rPr>
        <w:t>A leading financial services company is facing scrutiny after a whistleblower highlighted inconsistencies in their compensation structure, suggesting potential non-compliance with equal pay and overtime regulations. The HR leadership must address both legal risks and employee dissatisfaction, all while maintaining business operations and ensuring organizational stability. They are considering a comprehensive pay audit and revising internal compensation policies, but stakeholders are split on resource allocation versus immediate business priorities.Evaluate the approaches available to the HR leadership to address the compensation compliance crisis. Weigh the potential benefits and drawbacks of conducting a comprehensive pay audit versus making incremental policy adjustments. (5 Marks)</w:t>
      </w:r>
    </w:p>
    <w:p w:rsidR="00760C73" w:rsidRPr="00A034B9" w:rsidRDefault="00A034B9" w:rsidP="00A034B9">
      <w:pPr>
        <w:pStyle w:val="Heading1"/>
        <w:spacing w:line="360" w:lineRule="auto"/>
        <w:jc w:val="both"/>
        <w:rPr>
          <w:rFonts w:ascii="Times New Roman" w:hAnsi="Times New Roman" w:cs="Times New Roman"/>
          <w:szCs w:val="24"/>
        </w:rPr>
      </w:pPr>
      <w:proofErr w:type="gramStart"/>
      <w:r w:rsidRPr="00A034B9">
        <w:rPr>
          <w:rFonts w:ascii="Times New Roman" w:hAnsi="Times New Roman" w:cs="Times New Roman"/>
          <w:szCs w:val="24"/>
        </w:rPr>
        <w:t>Ans 2(A).</w:t>
      </w:r>
      <w:proofErr w:type="gramEnd"/>
    </w:p>
    <w:p w:rsidR="00760C73" w:rsidRPr="00A034B9" w:rsidRDefault="00A034B9" w:rsidP="00A034B9">
      <w:pPr>
        <w:pStyle w:val="Heading2"/>
        <w:spacing w:line="360" w:lineRule="auto"/>
        <w:jc w:val="both"/>
        <w:rPr>
          <w:rFonts w:ascii="Times New Roman" w:hAnsi="Times New Roman" w:cs="Times New Roman"/>
          <w:szCs w:val="24"/>
        </w:rPr>
      </w:pPr>
      <w:r w:rsidRPr="00A034B9">
        <w:rPr>
          <w:rFonts w:ascii="Times New Roman" w:hAnsi="Times New Roman" w:cs="Times New Roman"/>
          <w:szCs w:val="24"/>
        </w:rPr>
        <w:t>Introduction</w:t>
      </w:r>
    </w:p>
    <w:p w:rsidR="00760C73" w:rsidRDefault="00A034B9" w:rsidP="00617507">
      <w:pPr>
        <w:spacing w:line="360" w:lineRule="auto"/>
        <w:jc w:val="both"/>
        <w:rPr>
          <w:rFonts w:cs="Times New Roman"/>
          <w:szCs w:val="24"/>
        </w:rPr>
      </w:pPr>
      <w:r w:rsidRPr="00A034B9">
        <w:rPr>
          <w:rFonts w:cs="Times New Roman"/>
          <w:szCs w:val="24"/>
        </w:rPr>
        <w:t xml:space="preserve">HR should conduct a comprehensive pay audit while immediately correcting clearly identified breaches. The whistleblower’s report suggests that weaknesses may extend beyond isolated policy wording. Equal pay and overtime concerns affect employee trust, legal exposure, and </w:t>
      </w:r>
      <w:r w:rsidRPr="00A034B9">
        <w:rPr>
          <w:rFonts w:cs="Times New Roman"/>
          <w:szCs w:val="24"/>
        </w:rPr>
        <w:lastRenderedPageBreak/>
        <w:t xml:space="preserve">operating continuity. A staged response can protect ongoing business while establishing the extent of the problem. Incremental adjustments are useful for urgent correction, but they should </w:t>
      </w:r>
    </w:p>
    <w:p w:rsidR="00A034B9" w:rsidRDefault="00A034B9" w:rsidP="00A034B9">
      <w:pPr>
        <w:spacing w:line="360" w:lineRule="auto"/>
        <w:jc w:val="both"/>
        <w:rPr>
          <w:rFonts w:cs="Times New Roman"/>
          <w:szCs w:val="24"/>
        </w:rPr>
      </w:pPr>
    </w:p>
    <w:p w:rsidR="00A034B9" w:rsidRDefault="00A034B9" w:rsidP="00A034B9">
      <w:pPr>
        <w:spacing w:line="360" w:lineRule="auto"/>
        <w:jc w:val="both"/>
        <w:rPr>
          <w:rFonts w:cs="Times New Roman"/>
          <w:szCs w:val="24"/>
        </w:rPr>
      </w:pPr>
    </w:p>
    <w:p w:rsidR="00760C73" w:rsidRPr="00A034B9" w:rsidRDefault="00A034B9" w:rsidP="00A034B9">
      <w:pPr>
        <w:spacing w:line="360" w:lineRule="auto"/>
        <w:jc w:val="both"/>
        <w:rPr>
          <w:rFonts w:cs="Times New Roman"/>
          <w:szCs w:val="24"/>
        </w:rPr>
      </w:pPr>
      <w:proofErr w:type="gramStart"/>
      <w:r>
        <w:rPr>
          <w:rFonts w:cs="Times New Roman"/>
          <w:b/>
          <w:szCs w:val="24"/>
        </w:rPr>
        <w:t>Q2</w:t>
      </w:r>
      <w:r w:rsidRPr="00A034B9">
        <w:rPr>
          <w:rFonts w:cs="Times New Roman"/>
          <w:b/>
          <w:szCs w:val="24"/>
        </w:rPr>
        <w:t>(</w:t>
      </w:r>
      <w:proofErr w:type="gramEnd"/>
      <w:r w:rsidRPr="00A034B9">
        <w:rPr>
          <w:rFonts w:cs="Times New Roman"/>
          <w:b/>
          <w:szCs w:val="24"/>
        </w:rPr>
        <w:t>B) A fast-growing Indian fintech startup, QuantumCash, provides a mix of basic wage, dearness allowance (DA), annual bonuses, and fringe benefits. Facing profitability pressures, leadership is contemplating replacing lump sum annual bonuses with quarterly individual spot awards. Some team members argue that lump sum bonuses better recognize major contributions, while others prefer the immediacy and frequency of spot awards.Assess the effectiveness of lump sum bonuses versus individual spot awards for rewarding high performers at QuantumCash. (5 Marks)</w:t>
      </w:r>
    </w:p>
    <w:p w:rsidR="00760C73" w:rsidRPr="00A034B9" w:rsidRDefault="00A034B9" w:rsidP="00A034B9">
      <w:pPr>
        <w:pStyle w:val="Heading1"/>
        <w:spacing w:line="360" w:lineRule="auto"/>
        <w:jc w:val="both"/>
        <w:rPr>
          <w:rFonts w:ascii="Times New Roman" w:hAnsi="Times New Roman" w:cs="Times New Roman"/>
          <w:szCs w:val="24"/>
        </w:rPr>
      </w:pPr>
      <w:proofErr w:type="gramStart"/>
      <w:r w:rsidRPr="00A034B9">
        <w:rPr>
          <w:rFonts w:ascii="Times New Roman" w:hAnsi="Times New Roman" w:cs="Times New Roman"/>
          <w:szCs w:val="24"/>
        </w:rPr>
        <w:t>Ans 2(B).</w:t>
      </w:r>
      <w:proofErr w:type="gramEnd"/>
    </w:p>
    <w:p w:rsidR="00760C73" w:rsidRPr="00A034B9" w:rsidRDefault="00A034B9" w:rsidP="00A034B9">
      <w:pPr>
        <w:pStyle w:val="Heading2"/>
        <w:spacing w:line="360" w:lineRule="auto"/>
        <w:jc w:val="both"/>
        <w:rPr>
          <w:rFonts w:ascii="Times New Roman" w:hAnsi="Times New Roman" w:cs="Times New Roman"/>
          <w:szCs w:val="24"/>
        </w:rPr>
      </w:pPr>
      <w:r w:rsidRPr="00A034B9">
        <w:rPr>
          <w:rFonts w:ascii="Times New Roman" w:hAnsi="Times New Roman" w:cs="Times New Roman"/>
          <w:szCs w:val="24"/>
        </w:rPr>
        <w:t>Introduction</w:t>
      </w:r>
    </w:p>
    <w:p w:rsidR="00760C73" w:rsidRPr="00A034B9" w:rsidRDefault="00A034B9" w:rsidP="00617507">
      <w:pPr>
        <w:spacing w:line="360" w:lineRule="auto"/>
        <w:jc w:val="both"/>
        <w:rPr>
          <w:rFonts w:cs="Times New Roman"/>
          <w:szCs w:val="24"/>
        </w:rPr>
      </w:pPr>
      <w:r w:rsidRPr="00A034B9">
        <w:rPr>
          <w:rFonts w:cs="Times New Roman"/>
          <w:szCs w:val="24"/>
        </w:rPr>
        <w:t xml:space="preserve">QuantumCash should retain a meaningful annual performance bonus and introduce selective spot awards within a controlled budget.  Annual bonuses recognise sustained results, while spot awards acknowledge valuable contributions promptly. Profitability pressure makes affordability important, but changing the payment schedule alone does not guarantee savings. The company </w:t>
      </w:r>
    </w:p>
    <w:sectPr w:rsidR="00760C73" w:rsidRPr="00A034B9" w:rsidSect="00034616">
      <w:pgSz w:w="12240" w:h="15840"/>
      <w:pgMar w:top="1080" w:right="1440" w:bottom="108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20"/>
  <w:characterSpacingControl w:val="doNotCompress"/>
  <w:compat>
    <w:useFELayout/>
  </w:compat>
  <w:rsids>
    <w:rsidRoot w:val="00B47730"/>
    <w:rsid w:val="00034616"/>
    <w:rsid w:val="0006063C"/>
    <w:rsid w:val="0015074B"/>
    <w:rsid w:val="0029639D"/>
    <w:rsid w:val="00326F90"/>
    <w:rsid w:val="003854F2"/>
    <w:rsid w:val="00617507"/>
    <w:rsid w:val="00760C73"/>
    <w:rsid w:val="00A034B9"/>
    <w:rsid w:val="00AA1D8D"/>
    <w:rsid w:val="00B47730"/>
    <w:rsid w:val="00CB0664"/>
    <w:rsid w:val="00FC69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eastAsia="Times New Roman" w:hAnsi="Times New Roman"/>
      <w:color w:val="000000"/>
      <w:sz w:val="24"/>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spacing w:val="5"/>
      <w:kern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assignmentsupport.in" TargetMode="Externa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C8EE7-6F0B-4EE6-A0E1-26F02FC47E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606</Words>
  <Characters>3460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4058</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3</cp:revision>
  <dcterms:created xsi:type="dcterms:W3CDTF">2013-12-23T23:15:00Z</dcterms:created>
  <dcterms:modified xsi:type="dcterms:W3CDTF">2026-10-01T14:00:00Z</dcterms:modified>
  <cp:category/>
</cp:coreProperties>
</file>